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5BCD7" w14:textId="621E40DD" w:rsidR="009929B1" w:rsidRPr="0002524E" w:rsidRDefault="00E90D7C">
      <w:pPr>
        <w:rPr>
          <w:rFonts w:asciiTheme="minorHAnsi" w:hAnsiTheme="minorHAnsi"/>
        </w:rPr>
      </w:pPr>
      <w:proofErr w:type="spellStart"/>
      <w:r w:rsidRPr="0002524E">
        <w:rPr>
          <w:rFonts w:asciiTheme="minorHAnsi" w:hAnsiTheme="minorHAnsi"/>
          <w:b/>
          <w:sz w:val="22"/>
        </w:rPr>
        <w:t>Javni</w:t>
      </w:r>
      <w:proofErr w:type="spellEnd"/>
      <w:r w:rsidRPr="0002524E">
        <w:rPr>
          <w:rFonts w:asciiTheme="minorHAnsi" w:hAnsiTheme="minorHAnsi"/>
          <w:b/>
          <w:sz w:val="22"/>
        </w:rPr>
        <w:t xml:space="preserve"> </w:t>
      </w:r>
      <w:proofErr w:type="spellStart"/>
      <w:r w:rsidR="00DC19CE">
        <w:rPr>
          <w:rFonts w:asciiTheme="minorHAnsi" w:hAnsiTheme="minorHAnsi"/>
          <w:b/>
          <w:sz w:val="22"/>
        </w:rPr>
        <w:t>poziv</w:t>
      </w:r>
      <w:proofErr w:type="spellEnd"/>
      <w:r w:rsidR="0002524E" w:rsidRPr="0002524E">
        <w:rPr>
          <w:rFonts w:asciiTheme="minorHAnsi" w:hAnsiTheme="minorHAnsi"/>
          <w:b/>
          <w:sz w:val="22"/>
        </w:rPr>
        <w:t xml:space="preserve"> </w:t>
      </w:r>
      <w:proofErr w:type="spellStart"/>
      <w:r w:rsidR="0002524E" w:rsidRPr="0002524E">
        <w:rPr>
          <w:rFonts w:asciiTheme="minorHAnsi" w:hAnsiTheme="minorHAnsi"/>
          <w:b/>
          <w:sz w:val="22"/>
        </w:rPr>
        <w:t>Ministarstva</w:t>
      </w:r>
      <w:proofErr w:type="spellEnd"/>
      <w:r w:rsidR="0002524E" w:rsidRPr="0002524E">
        <w:rPr>
          <w:rFonts w:asciiTheme="minorHAnsi" w:hAnsiTheme="minorHAnsi"/>
          <w:b/>
          <w:sz w:val="22"/>
        </w:rPr>
        <w:t xml:space="preserve"> </w:t>
      </w:r>
      <w:proofErr w:type="spellStart"/>
      <w:r w:rsidR="0002524E" w:rsidRPr="0002524E">
        <w:rPr>
          <w:rFonts w:asciiTheme="minorHAnsi" w:hAnsiTheme="minorHAnsi"/>
          <w:b/>
          <w:sz w:val="22"/>
        </w:rPr>
        <w:t>privrede</w:t>
      </w:r>
      <w:proofErr w:type="spellEnd"/>
      <w:r w:rsidR="0002524E" w:rsidRPr="0002524E">
        <w:rPr>
          <w:rFonts w:asciiTheme="minorHAnsi" w:hAnsiTheme="minorHAnsi"/>
          <w:b/>
          <w:sz w:val="22"/>
        </w:rPr>
        <w:t xml:space="preserve"> HNK</w:t>
      </w:r>
      <w:r w:rsidRPr="0002524E">
        <w:rPr>
          <w:rFonts w:asciiTheme="minorHAnsi" w:hAnsiTheme="minorHAnsi"/>
          <w:b/>
          <w:sz w:val="22"/>
        </w:rPr>
        <w:t xml:space="preserve"> 2026</w:t>
      </w:r>
    </w:p>
    <w:p w14:paraId="197A68BD" w14:textId="77777777" w:rsidR="0002524E" w:rsidRPr="0002524E" w:rsidRDefault="0002524E">
      <w:pPr>
        <w:spacing w:after="240"/>
        <w:jc w:val="center"/>
        <w:rPr>
          <w:rFonts w:asciiTheme="minorHAnsi" w:hAnsiTheme="minorHAnsi"/>
          <w:b/>
        </w:rPr>
      </w:pPr>
    </w:p>
    <w:p w14:paraId="0810CBF7" w14:textId="77777777" w:rsidR="009929B1" w:rsidRPr="0002524E" w:rsidRDefault="00E90D7C">
      <w:pPr>
        <w:spacing w:after="240"/>
        <w:jc w:val="center"/>
        <w:rPr>
          <w:rFonts w:asciiTheme="minorHAnsi" w:hAnsiTheme="minorHAnsi"/>
          <w:sz w:val="24"/>
          <w:szCs w:val="24"/>
        </w:rPr>
      </w:pPr>
      <w:r w:rsidRPr="0002524E">
        <w:rPr>
          <w:rFonts w:asciiTheme="minorHAnsi" w:hAnsiTheme="minorHAnsi"/>
          <w:b/>
          <w:sz w:val="24"/>
          <w:szCs w:val="24"/>
        </w:rPr>
        <w:t>IZJAVA</w:t>
      </w:r>
      <w:r w:rsidRPr="0002524E">
        <w:rPr>
          <w:rFonts w:asciiTheme="minorHAnsi" w:hAnsiTheme="minorHAnsi"/>
          <w:b/>
          <w:sz w:val="24"/>
          <w:szCs w:val="24"/>
        </w:rPr>
        <w:br/>
        <w:t xml:space="preserve">o </w:t>
      </w:r>
      <w:proofErr w:type="spellStart"/>
      <w:r w:rsidRPr="0002524E">
        <w:rPr>
          <w:rFonts w:asciiTheme="minorHAnsi" w:hAnsiTheme="minorHAnsi"/>
          <w:b/>
          <w:sz w:val="24"/>
          <w:szCs w:val="24"/>
        </w:rPr>
        <w:t>primljenim</w:t>
      </w:r>
      <w:proofErr w:type="spellEnd"/>
      <w:r w:rsidRPr="0002524E">
        <w:rPr>
          <w:rFonts w:asciiTheme="minorHAnsi" w:hAnsiTheme="minorHAnsi"/>
          <w:b/>
          <w:sz w:val="24"/>
          <w:szCs w:val="24"/>
        </w:rPr>
        <w:t xml:space="preserve"> de minimis </w:t>
      </w:r>
      <w:proofErr w:type="spellStart"/>
      <w:r w:rsidRPr="0002524E">
        <w:rPr>
          <w:rFonts w:asciiTheme="minorHAnsi" w:hAnsiTheme="minorHAnsi"/>
          <w:b/>
          <w:sz w:val="24"/>
          <w:szCs w:val="24"/>
        </w:rPr>
        <w:t>pomoćima</w:t>
      </w:r>
      <w:proofErr w:type="spellEnd"/>
    </w:p>
    <w:p w14:paraId="076D8A24" w14:textId="77777777" w:rsidR="009929B1" w:rsidRPr="0002524E" w:rsidRDefault="00E90D7C">
      <w:pPr>
        <w:spacing w:after="440"/>
        <w:rPr>
          <w:rFonts w:asciiTheme="minorHAnsi" w:hAnsiTheme="minorHAnsi"/>
          <w:sz w:val="24"/>
          <w:szCs w:val="24"/>
        </w:rPr>
      </w:pPr>
      <w:r w:rsidRPr="0002524E">
        <w:rPr>
          <w:rFonts w:asciiTheme="minorHAnsi" w:hAnsiTheme="minorHAnsi"/>
          <w:sz w:val="24"/>
          <w:szCs w:val="24"/>
        </w:rPr>
        <w:t xml:space="preserve">Na </w:t>
      </w:r>
      <w:proofErr w:type="spellStart"/>
      <w:r w:rsidRPr="0002524E">
        <w:rPr>
          <w:rFonts w:asciiTheme="minorHAnsi" w:hAnsiTheme="minorHAnsi"/>
          <w:sz w:val="24"/>
          <w:szCs w:val="24"/>
        </w:rPr>
        <w:t>osnovu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člana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18. </w:t>
      </w:r>
      <w:proofErr w:type="spellStart"/>
      <w:r w:rsidRPr="0002524E">
        <w:rPr>
          <w:rFonts w:asciiTheme="minorHAnsi" w:hAnsiTheme="minorHAnsi"/>
          <w:sz w:val="24"/>
          <w:szCs w:val="24"/>
        </w:rPr>
        <w:t>Uredbe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o </w:t>
      </w:r>
      <w:proofErr w:type="spellStart"/>
      <w:r w:rsidRPr="0002524E">
        <w:rPr>
          <w:rFonts w:asciiTheme="minorHAnsi" w:hAnsiTheme="minorHAnsi"/>
          <w:sz w:val="24"/>
          <w:szCs w:val="24"/>
        </w:rPr>
        <w:t>uslovima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i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postupku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dodjele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pomoći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male </w:t>
      </w:r>
      <w:proofErr w:type="spellStart"/>
      <w:r w:rsidRPr="0002524E">
        <w:rPr>
          <w:rFonts w:asciiTheme="minorHAnsi" w:hAnsiTheme="minorHAnsi"/>
          <w:sz w:val="24"/>
          <w:szCs w:val="24"/>
        </w:rPr>
        <w:t>vrijednosti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- de minimis </w:t>
      </w:r>
      <w:proofErr w:type="spellStart"/>
      <w:r w:rsidRPr="0002524E">
        <w:rPr>
          <w:rFonts w:asciiTheme="minorHAnsi" w:hAnsiTheme="minorHAnsi"/>
          <w:sz w:val="24"/>
          <w:szCs w:val="24"/>
        </w:rPr>
        <w:t>pomoći</w:t>
      </w:r>
      <w:proofErr w:type="spellEnd"/>
      <w:r w:rsidRPr="0002524E">
        <w:rPr>
          <w:rFonts w:asciiTheme="minorHAnsi" w:hAnsiTheme="minorHAnsi"/>
          <w:sz w:val="24"/>
          <w:szCs w:val="24"/>
        </w:rPr>
        <w:br/>
        <w:t>(</w:t>
      </w:r>
      <w:proofErr w:type="spellStart"/>
      <w:r w:rsidRPr="0002524E">
        <w:rPr>
          <w:rFonts w:asciiTheme="minorHAnsi" w:hAnsiTheme="minorHAnsi"/>
          <w:sz w:val="24"/>
          <w:szCs w:val="24"/>
        </w:rPr>
        <w:t>Službene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novine </w:t>
      </w:r>
      <w:proofErr w:type="spellStart"/>
      <w:r w:rsidRPr="0002524E">
        <w:rPr>
          <w:rFonts w:asciiTheme="minorHAnsi" w:hAnsiTheme="minorHAnsi"/>
          <w:sz w:val="24"/>
          <w:szCs w:val="24"/>
        </w:rPr>
        <w:t>Federacije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BiH 22/25)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5"/>
        <w:gridCol w:w="4655"/>
      </w:tblGrid>
      <w:tr w:rsidR="0002524E" w14:paraId="7780EB1E" w14:textId="77777777" w:rsidTr="0002524E">
        <w:trPr>
          <w:trHeight w:val="451"/>
        </w:trPr>
        <w:tc>
          <w:tcPr>
            <w:tcW w:w="4788" w:type="dxa"/>
          </w:tcPr>
          <w:p w14:paraId="10593E87" w14:textId="77777777" w:rsidR="0002524E" w:rsidRPr="0002524E" w:rsidRDefault="0002524E" w:rsidP="0002524E">
            <w:pPr>
              <w:pBdr>
                <w:top w:val="single" w:sz="6" w:space="4" w:color="auto"/>
                <w:between w:val="single" w:sz="6" w:space="4" w:color="auto"/>
              </w:pBdr>
              <w:spacing w:after="0"/>
              <w:rPr>
                <w:rFonts w:asciiTheme="minorHAnsi" w:hAnsiTheme="minorHAnsi"/>
              </w:rPr>
            </w:pPr>
            <w:proofErr w:type="spellStart"/>
            <w:r w:rsidRPr="0002524E">
              <w:rPr>
                <w:rFonts w:asciiTheme="minorHAnsi" w:hAnsiTheme="minorHAnsi"/>
                <w:b/>
              </w:rPr>
              <w:t>Naziv</w:t>
            </w:r>
            <w:proofErr w:type="spellEnd"/>
            <w:r w:rsidRPr="0002524E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02524E">
              <w:rPr>
                <w:rFonts w:asciiTheme="minorHAnsi" w:hAnsiTheme="minorHAnsi"/>
                <w:b/>
              </w:rPr>
              <w:t>privrednog</w:t>
            </w:r>
            <w:proofErr w:type="spellEnd"/>
            <w:r w:rsidRPr="0002524E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02524E">
              <w:rPr>
                <w:rFonts w:asciiTheme="minorHAnsi" w:hAnsiTheme="minorHAnsi"/>
                <w:b/>
              </w:rPr>
              <w:t>subjekta</w:t>
            </w:r>
            <w:proofErr w:type="spellEnd"/>
          </w:p>
          <w:p w14:paraId="4AC08467" w14:textId="77777777" w:rsidR="0002524E" w:rsidRDefault="0002524E" w:rsidP="0002524E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4788" w:type="dxa"/>
          </w:tcPr>
          <w:p w14:paraId="56A44892" w14:textId="77777777" w:rsidR="0002524E" w:rsidRDefault="0002524E" w:rsidP="0002524E">
            <w:pPr>
              <w:spacing w:after="0"/>
              <w:rPr>
                <w:rFonts w:asciiTheme="minorHAnsi" w:hAnsiTheme="minorHAnsi"/>
              </w:rPr>
            </w:pPr>
          </w:p>
        </w:tc>
      </w:tr>
      <w:tr w:rsidR="0002524E" w14:paraId="499299FA" w14:textId="77777777" w:rsidTr="0002524E">
        <w:trPr>
          <w:trHeight w:val="445"/>
        </w:trPr>
        <w:tc>
          <w:tcPr>
            <w:tcW w:w="4788" w:type="dxa"/>
          </w:tcPr>
          <w:p w14:paraId="27C8D530" w14:textId="77777777" w:rsidR="0002524E" w:rsidRPr="0002524E" w:rsidRDefault="0002524E" w:rsidP="0002524E">
            <w:pPr>
              <w:pBdr>
                <w:top w:val="single" w:sz="6" w:space="4" w:color="auto"/>
                <w:between w:val="single" w:sz="6" w:space="4" w:color="auto"/>
              </w:pBdr>
              <w:spacing w:after="0"/>
              <w:rPr>
                <w:rFonts w:asciiTheme="minorHAnsi" w:hAnsiTheme="minorHAnsi"/>
              </w:rPr>
            </w:pPr>
            <w:proofErr w:type="spellStart"/>
            <w:r w:rsidRPr="0002524E">
              <w:rPr>
                <w:rFonts w:asciiTheme="minorHAnsi" w:hAnsiTheme="minorHAnsi"/>
                <w:b/>
              </w:rPr>
              <w:t>Adresa</w:t>
            </w:r>
            <w:proofErr w:type="spellEnd"/>
            <w:r w:rsidRPr="0002524E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02524E">
              <w:rPr>
                <w:rFonts w:asciiTheme="minorHAnsi" w:hAnsiTheme="minorHAnsi"/>
                <w:b/>
              </w:rPr>
              <w:t>sjedišta</w:t>
            </w:r>
            <w:proofErr w:type="spellEnd"/>
          </w:p>
          <w:p w14:paraId="5EA74C81" w14:textId="77777777" w:rsidR="0002524E" w:rsidRDefault="0002524E" w:rsidP="0002524E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4788" w:type="dxa"/>
          </w:tcPr>
          <w:p w14:paraId="532EE84C" w14:textId="77777777" w:rsidR="0002524E" w:rsidRDefault="0002524E" w:rsidP="0002524E">
            <w:pPr>
              <w:spacing w:after="0"/>
              <w:rPr>
                <w:rFonts w:asciiTheme="minorHAnsi" w:hAnsiTheme="minorHAnsi"/>
              </w:rPr>
            </w:pPr>
          </w:p>
        </w:tc>
      </w:tr>
      <w:tr w:rsidR="0002524E" w14:paraId="6CAB09B0" w14:textId="77777777" w:rsidTr="0002524E">
        <w:trPr>
          <w:trHeight w:val="426"/>
        </w:trPr>
        <w:tc>
          <w:tcPr>
            <w:tcW w:w="4788" w:type="dxa"/>
          </w:tcPr>
          <w:p w14:paraId="1829FB04" w14:textId="77777777" w:rsidR="0002524E" w:rsidRPr="0002524E" w:rsidRDefault="0002524E" w:rsidP="0002524E">
            <w:pPr>
              <w:pBdr>
                <w:top w:val="single" w:sz="6" w:space="4" w:color="auto"/>
                <w:between w:val="single" w:sz="6" w:space="4" w:color="auto"/>
              </w:pBdr>
              <w:spacing w:after="0"/>
              <w:rPr>
                <w:rFonts w:asciiTheme="minorHAnsi" w:hAnsiTheme="minorHAnsi"/>
              </w:rPr>
            </w:pPr>
            <w:proofErr w:type="spellStart"/>
            <w:r w:rsidRPr="0002524E">
              <w:rPr>
                <w:rFonts w:asciiTheme="minorHAnsi" w:hAnsiTheme="minorHAnsi"/>
                <w:b/>
              </w:rPr>
              <w:t>Identifikacijski</w:t>
            </w:r>
            <w:proofErr w:type="spellEnd"/>
            <w:r w:rsidRPr="0002524E">
              <w:rPr>
                <w:rFonts w:asciiTheme="minorHAnsi" w:hAnsiTheme="minorHAnsi"/>
                <w:b/>
              </w:rPr>
              <w:t xml:space="preserve"> (</w:t>
            </w:r>
            <w:proofErr w:type="spellStart"/>
            <w:r w:rsidRPr="0002524E">
              <w:rPr>
                <w:rFonts w:asciiTheme="minorHAnsi" w:hAnsiTheme="minorHAnsi"/>
                <w:b/>
              </w:rPr>
              <w:t>registarski</w:t>
            </w:r>
            <w:proofErr w:type="spellEnd"/>
            <w:r w:rsidRPr="0002524E">
              <w:rPr>
                <w:rFonts w:asciiTheme="minorHAnsi" w:hAnsiTheme="minorHAnsi"/>
                <w:b/>
              </w:rPr>
              <w:t xml:space="preserve">) </w:t>
            </w:r>
            <w:proofErr w:type="spellStart"/>
            <w:r w:rsidRPr="0002524E">
              <w:rPr>
                <w:rFonts w:asciiTheme="minorHAnsi" w:hAnsiTheme="minorHAnsi"/>
                <w:b/>
              </w:rPr>
              <w:t>broj</w:t>
            </w:r>
            <w:proofErr w:type="spellEnd"/>
          </w:p>
          <w:p w14:paraId="1D8F9136" w14:textId="77777777" w:rsidR="0002524E" w:rsidRDefault="0002524E" w:rsidP="0002524E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4788" w:type="dxa"/>
          </w:tcPr>
          <w:p w14:paraId="27C28668" w14:textId="77777777" w:rsidR="0002524E" w:rsidRDefault="0002524E" w:rsidP="0002524E">
            <w:pPr>
              <w:spacing w:after="0"/>
              <w:rPr>
                <w:rFonts w:asciiTheme="minorHAnsi" w:hAnsiTheme="minorHAnsi"/>
              </w:rPr>
            </w:pPr>
          </w:p>
        </w:tc>
      </w:tr>
    </w:tbl>
    <w:p w14:paraId="789F90D5" w14:textId="77777777" w:rsidR="0002524E" w:rsidRPr="0002524E" w:rsidRDefault="0002524E">
      <w:pPr>
        <w:spacing w:after="440"/>
        <w:rPr>
          <w:rFonts w:asciiTheme="minorHAnsi" w:hAnsiTheme="minorHAnsi"/>
        </w:rPr>
      </w:pPr>
    </w:p>
    <w:p w14:paraId="1C842ACD" w14:textId="77777777" w:rsidR="0002524E" w:rsidRDefault="00E90D7C" w:rsidP="0002524E">
      <w:pPr>
        <w:jc w:val="both"/>
        <w:rPr>
          <w:rFonts w:asciiTheme="minorHAnsi" w:hAnsiTheme="minorHAnsi"/>
          <w:sz w:val="24"/>
          <w:szCs w:val="24"/>
        </w:rPr>
      </w:pPr>
      <w:proofErr w:type="spellStart"/>
      <w:r w:rsidRPr="0002524E">
        <w:rPr>
          <w:rFonts w:asciiTheme="minorHAnsi" w:hAnsiTheme="minorHAnsi"/>
          <w:sz w:val="24"/>
          <w:szCs w:val="24"/>
        </w:rPr>
        <w:t>Izjavljujem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da </w:t>
      </w:r>
      <w:proofErr w:type="spellStart"/>
      <w:r w:rsidRPr="0002524E">
        <w:rPr>
          <w:rFonts w:asciiTheme="minorHAnsi" w:hAnsiTheme="minorHAnsi"/>
          <w:sz w:val="24"/>
          <w:szCs w:val="24"/>
        </w:rPr>
        <w:t>privredni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subjekt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kojeg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predstavljam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i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privredni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subjekti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s </w:t>
      </w:r>
      <w:proofErr w:type="spellStart"/>
      <w:r w:rsidRPr="0002524E">
        <w:rPr>
          <w:rFonts w:asciiTheme="minorHAnsi" w:hAnsiTheme="minorHAnsi"/>
          <w:sz w:val="24"/>
          <w:szCs w:val="24"/>
        </w:rPr>
        <w:t>kojima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smo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povezani¹ </w:t>
      </w:r>
      <w:proofErr w:type="spellStart"/>
      <w:r w:rsidRPr="0002524E">
        <w:rPr>
          <w:rFonts w:asciiTheme="minorHAnsi" w:hAnsiTheme="minorHAnsi"/>
          <w:sz w:val="24"/>
          <w:szCs w:val="24"/>
        </w:rPr>
        <w:t>na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način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propisan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članom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5. </w:t>
      </w:r>
      <w:proofErr w:type="spellStart"/>
      <w:r w:rsidRPr="0002524E">
        <w:rPr>
          <w:rFonts w:asciiTheme="minorHAnsi" w:hAnsiTheme="minorHAnsi"/>
          <w:sz w:val="24"/>
          <w:szCs w:val="24"/>
        </w:rPr>
        <w:t>Uredbe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o </w:t>
      </w:r>
      <w:proofErr w:type="spellStart"/>
      <w:r w:rsidRPr="0002524E">
        <w:rPr>
          <w:rFonts w:asciiTheme="minorHAnsi" w:hAnsiTheme="minorHAnsi"/>
          <w:sz w:val="24"/>
          <w:szCs w:val="24"/>
        </w:rPr>
        <w:t>uslovima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i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postupku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dodjele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pomoći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male </w:t>
      </w:r>
      <w:proofErr w:type="spellStart"/>
      <w:r w:rsidRPr="0002524E">
        <w:rPr>
          <w:rFonts w:asciiTheme="minorHAnsi" w:hAnsiTheme="minorHAnsi"/>
          <w:sz w:val="24"/>
          <w:szCs w:val="24"/>
        </w:rPr>
        <w:t>vrijednosti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- de minimis </w:t>
      </w:r>
      <w:proofErr w:type="spellStart"/>
      <w:r w:rsidRPr="0002524E">
        <w:rPr>
          <w:rFonts w:asciiTheme="minorHAnsi" w:hAnsiTheme="minorHAnsi"/>
          <w:sz w:val="24"/>
          <w:szCs w:val="24"/>
        </w:rPr>
        <w:t>pomoći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u </w:t>
      </w:r>
      <w:proofErr w:type="spellStart"/>
      <w:r w:rsidRPr="0002524E">
        <w:rPr>
          <w:rFonts w:asciiTheme="minorHAnsi" w:hAnsiTheme="minorHAnsi"/>
          <w:sz w:val="24"/>
          <w:szCs w:val="24"/>
        </w:rPr>
        <w:t>perlodu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od tri godine² </w:t>
      </w:r>
    </w:p>
    <w:p w14:paraId="156AB1D9" w14:textId="77777777" w:rsidR="009929B1" w:rsidRPr="0002524E" w:rsidRDefault="00E90D7C" w:rsidP="0002524E">
      <w:pPr>
        <w:jc w:val="both"/>
        <w:rPr>
          <w:rFonts w:asciiTheme="minorHAnsi" w:hAnsiTheme="minorHAnsi"/>
          <w:szCs w:val="20"/>
        </w:rPr>
      </w:pPr>
      <w:r w:rsidRPr="0002524E">
        <w:rPr>
          <w:rFonts w:asciiTheme="minorHAnsi" w:hAnsiTheme="minorHAnsi"/>
          <w:szCs w:val="20"/>
        </w:rPr>
        <w:t>(</w:t>
      </w:r>
      <w:proofErr w:type="spellStart"/>
      <w:r w:rsidRPr="0002524E">
        <w:rPr>
          <w:rFonts w:asciiTheme="minorHAnsi" w:hAnsiTheme="minorHAnsi"/>
          <w:szCs w:val="20"/>
        </w:rPr>
        <w:t>staviti</w:t>
      </w:r>
      <w:proofErr w:type="spellEnd"/>
      <w:r w:rsidRPr="0002524E">
        <w:rPr>
          <w:rFonts w:asciiTheme="minorHAnsi" w:hAnsiTheme="minorHAnsi"/>
          <w:szCs w:val="20"/>
        </w:rPr>
        <w:t xml:space="preserve"> X </w:t>
      </w:r>
      <w:proofErr w:type="spellStart"/>
      <w:r w:rsidRPr="0002524E">
        <w:rPr>
          <w:rFonts w:asciiTheme="minorHAnsi" w:hAnsiTheme="minorHAnsi"/>
          <w:szCs w:val="20"/>
        </w:rPr>
        <w:t>na</w:t>
      </w:r>
      <w:proofErr w:type="spellEnd"/>
      <w:r w:rsidRPr="0002524E">
        <w:rPr>
          <w:rFonts w:asciiTheme="minorHAnsi" w:hAnsiTheme="minorHAnsi"/>
          <w:szCs w:val="20"/>
        </w:rPr>
        <w:t xml:space="preserve"> </w:t>
      </w:r>
      <w:proofErr w:type="spellStart"/>
      <w:r w:rsidRPr="0002524E">
        <w:rPr>
          <w:rFonts w:asciiTheme="minorHAnsi" w:hAnsiTheme="minorHAnsi"/>
          <w:szCs w:val="20"/>
        </w:rPr>
        <w:t>odgovarajuće</w:t>
      </w:r>
      <w:proofErr w:type="spellEnd"/>
      <w:r w:rsidRPr="0002524E">
        <w:rPr>
          <w:rFonts w:asciiTheme="minorHAnsi" w:hAnsiTheme="minorHAnsi"/>
          <w:szCs w:val="20"/>
        </w:rPr>
        <w:t xml:space="preserve"> </w:t>
      </w:r>
      <w:proofErr w:type="spellStart"/>
      <w:r w:rsidRPr="0002524E">
        <w:rPr>
          <w:rFonts w:asciiTheme="minorHAnsi" w:hAnsiTheme="minorHAnsi"/>
          <w:szCs w:val="20"/>
        </w:rPr>
        <w:t>mjesto</w:t>
      </w:r>
      <w:proofErr w:type="spellEnd"/>
      <w:r w:rsidRPr="0002524E">
        <w:rPr>
          <w:rFonts w:asciiTheme="minorHAnsi" w:hAnsiTheme="minorHAnsi"/>
          <w:szCs w:val="20"/>
        </w:rPr>
        <w:t>)</w:t>
      </w:r>
    </w:p>
    <w:p w14:paraId="39358E3A" w14:textId="77777777" w:rsidR="009929B1" w:rsidRPr="0002524E" w:rsidRDefault="00E90D7C">
      <w:pPr>
        <w:rPr>
          <w:rFonts w:asciiTheme="minorHAnsi" w:hAnsiTheme="minorHAnsi"/>
          <w:sz w:val="24"/>
          <w:szCs w:val="24"/>
        </w:rPr>
      </w:pPr>
      <w:r w:rsidRPr="0002524E">
        <w:rPr>
          <w:rFonts w:asciiTheme="minorHAnsi" w:hAnsiTheme="minorHAnsi"/>
          <w:sz w:val="24"/>
          <w:szCs w:val="24"/>
        </w:rPr>
        <w:t xml:space="preserve">  </w:t>
      </w:r>
      <w:r w:rsidRPr="0002524E">
        <w:rPr>
          <w:rFonts w:ascii="Times New Roman" w:hAnsi="Times New Roman" w:cs="Times New Roman"/>
          <w:sz w:val="24"/>
          <w:szCs w:val="24"/>
        </w:rPr>
        <w:t>□</w:t>
      </w:r>
      <w:r w:rsidRPr="0002524E">
        <w:rPr>
          <w:rFonts w:asciiTheme="minorHAnsi" w:hAnsiTheme="minorHAnsi"/>
          <w:sz w:val="24"/>
          <w:szCs w:val="24"/>
        </w:rPr>
        <w:t xml:space="preserve">   </w:t>
      </w:r>
      <w:proofErr w:type="spellStart"/>
      <w:r w:rsidRPr="0002524E">
        <w:rPr>
          <w:rFonts w:asciiTheme="minorHAnsi" w:hAnsiTheme="minorHAnsi"/>
          <w:sz w:val="24"/>
          <w:szCs w:val="24"/>
        </w:rPr>
        <w:t>Nije</w:t>
      </w:r>
      <w:proofErr w:type="spellEnd"/>
      <w:r w:rsidRPr="0002524E">
        <w:rPr>
          <w:rFonts w:asciiTheme="minorHAnsi" w:hAnsiTheme="minorHAnsi"/>
          <w:sz w:val="24"/>
          <w:szCs w:val="24"/>
        </w:rPr>
        <w:t>/</w:t>
      </w:r>
      <w:proofErr w:type="spellStart"/>
      <w:r w:rsidRPr="0002524E">
        <w:rPr>
          <w:rFonts w:asciiTheme="minorHAnsi" w:hAnsiTheme="minorHAnsi"/>
          <w:sz w:val="24"/>
          <w:szCs w:val="24"/>
        </w:rPr>
        <w:t>nisu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primio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/li de minimis </w:t>
      </w:r>
      <w:proofErr w:type="spellStart"/>
      <w:r w:rsidRPr="0002524E">
        <w:rPr>
          <w:rFonts w:asciiTheme="minorHAnsi" w:hAnsiTheme="minorHAnsi"/>
          <w:sz w:val="24"/>
          <w:szCs w:val="24"/>
        </w:rPr>
        <w:t>pomo</w:t>
      </w:r>
      <w:r w:rsidRPr="0002524E">
        <w:rPr>
          <w:rFonts w:asciiTheme="minorHAnsi" w:hAnsiTheme="minorHAnsi" w:cs="Cambria"/>
          <w:sz w:val="24"/>
          <w:szCs w:val="24"/>
        </w:rPr>
        <w:t>ć</w:t>
      </w:r>
      <w:proofErr w:type="spellEnd"/>
    </w:p>
    <w:p w14:paraId="569E09FB" w14:textId="77777777" w:rsidR="009929B1" w:rsidRPr="0002524E" w:rsidRDefault="00E90D7C">
      <w:pPr>
        <w:rPr>
          <w:rFonts w:asciiTheme="minorHAnsi" w:hAnsiTheme="minorHAnsi"/>
          <w:sz w:val="24"/>
          <w:szCs w:val="24"/>
        </w:rPr>
      </w:pPr>
      <w:r w:rsidRPr="0002524E">
        <w:rPr>
          <w:rFonts w:asciiTheme="minorHAnsi" w:hAnsiTheme="minorHAnsi"/>
          <w:sz w:val="24"/>
          <w:szCs w:val="24"/>
        </w:rPr>
        <w:t xml:space="preserve">  </w:t>
      </w:r>
      <w:r w:rsidRPr="0002524E">
        <w:rPr>
          <w:rFonts w:ascii="Times New Roman" w:hAnsi="Times New Roman" w:cs="Times New Roman"/>
          <w:sz w:val="24"/>
          <w:szCs w:val="24"/>
        </w:rPr>
        <w:t>□</w:t>
      </w:r>
      <w:r w:rsidRPr="0002524E">
        <w:rPr>
          <w:rFonts w:asciiTheme="minorHAnsi" w:hAnsiTheme="minorHAnsi"/>
          <w:sz w:val="24"/>
          <w:szCs w:val="24"/>
        </w:rPr>
        <w:t xml:space="preserve">   </w:t>
      </w:r>
      <w:proofErr w:type="spellStart"/>
      <w:r w:rsidRPr="0002524E">
        <w:rPr>
          <w:rFonts w:asciiTheme="minorHAnsi" w:hAnsiTheme="minorHAnsi"/>
          <w:sz w:val="24"/>
          <w:szCs w:val="24"/>
        </w:rPr>
        <w:t>Primio</w:t>
      </w:r>
      <w:proofErr w:type="spellEnd"/>
      <w:r w:rsidRPr="0002524E">
        <w:rPr>
          <w:rFonts w:asciiTheme="minorHAnsi" w:hAnsiTheme="minorHAnsi"/>
          <w:sz w:val="24"/>
          <w:szCs w:val="24"/>
        </w:rPr>
        <w:t>/li je/</w:t>
      </w:r>
      <w:proofErr w:type="spellStart"/>
      <w:r w:rsidRPr="0002524E">
        <w:rPr>
          <w:rFonts w:asciiTheme="minorHAnsi" w:hAnsiTheme="minorHAnsi"/>
          <w:sz w:val="24"/>
          <w:szCs w:val="24"/>
        </w:rPr>
        <w:t>su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de minimis </w:t>
      </w:r>
      <w:proofErr w:type="spellStart"/>
      <w:r w:rsidRPr="0002524E">
        <w:rPr>
          <w:rFonts w:asciiTheme="minorHAnsi" w:hAnsiTheme="minorHAnsi"/>
          <w:sz w:val="24"/>
          <w:szCs w:val="24"/>
        </w:rPr>
        <w:t>pomo</w:t>
      </w:r>
      <w:r w:rsidRPr="0002524E">
        <w:rPr>
          <w:rFonts w:asciiTheme="minorHAnsi" w:hAnsiTheme="minorHAnsi" w:cs="Cambria"/>
          <w:sz w:val="24"/>
          <w:szCs w:val="24"/>
        </w:rPr>
        <w:t>ć</w:t>
      </w:r>
      <w:proofErr w:type="spellEnd"/>
    </w:p>
    <w:p w14:paraId="07F1C3E5" w14:textId="77777777" w:rsidR="009929B1" w:rsidRPr="0002524E" w:rsidRDefault="00E90D7C">
      <w:pPr>
        <w:rPr>
          <w:rFonts w:asciiTheme="minorHAnsi" w:hAnsiTheme="minorHAnsi"/>
          <w:sz w:val="24"/>
          <w:szCs w:val="24"/>
        </w:rPr>
      </w:pPr>
      <w:r w:rsidRPr="0002524E">
        <w:rPr>
          <w:rFonts w:asciiTheme="minorHAnsi" w:hAnsiTheme="minorHAnsi"/>
          <w:sz w:val="24"/>
          <w:szCs w:val="24"/>
        </w:rPr>
        <w:t xml:space="preserve">Ako je </w:t>
      </w:r>
      <w:proofErr w:type="spellStart"/>
      <w:r w:rsidRPr="0002524E">
        <w:rPr>
          <w:rFonts w:asciiTheme="minorHAnsi" w:hAnsiTheme="minorHAnsi"/>
          <w:sz w:val="24"/>
          <w:szCs w:val="24"/>
        </w:rPr>
        <w:t>odgovor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pozitivan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, </w:t>
      </w:r>
      <w:proofErr w:type="spellStart"/>
      <w:r w:rsidRPr="0002524E">
        <w:rPr>
          <w:rFonts w:asciiTheme="minorHAnsi" w:hAnsiTheme="minorHAnsi"/>
          <w:sz w:val="24"/>
          <w:szCs w:val="24"/>
        </w:rPr>
        <w:t>obavezno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ispuniti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sljedeću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tabelu</w:t>
      </w:r>
      <w:proofErr w:type="spellEnd"/>
      <w:r w:rsidRPr="0002524E">
        <w:rPr>
          <w:rFonts w:asciiTheme="minorHAnsi" w:hAnsiTheme="minorHAnsi"/>
          <w:sz w:val="24"/>
          <w:szCs w:val="24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"/>
        <w:gridCol w:w="2995"/>
        <w:gridCol w:w="2419"/>
        <w:gridCol w:w="3514"/>
      </w:tblGrid>
      <w:tr w:rsidR="009929B1" w:rsidRPr="0002524E" w14:paraId="4240DFBC" w14:textId="77777777" w:rsidTr="0002524E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14:paraId="60F4D645" w14:textId="77777777" w:rsidR="009929B1" w:rsidRPr="0002524E" w:rsidRDefault="009929B1">
            <w:pPr>
              <w:rPr>
                <w:rFonts w:asciiTheme="minorHAnsi" w:hAnsiTheme="minorHAnsi"/>
              </w:rPr>
            </w:pP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2BCD0A1B" w14:textId="77777777" w:rsidR="009929B1" w:rsidRPr="0002524E" w:rsidRDefault="00E90D7C">
            <w:pPr>
              <w:rPr>
                <w:rFonts w:asciiTheme="minorHAnsi" w:hAnsiTheme="minorHAnsi"/>
              </w:rPr>
            </w:pPr>
            <w:proofErr w:type="spellStart"/>
            <w:r w:rsidRPr="0002524E">
              <w:rPr>
                <w:rFonts w:asciiTheme="minorHAnsi" w:hAnsiTheme="minorHAnsi"/>
                <w:b/>
              </w:rPr>
              <w:t>Davalac</w:t>
            </w:r>
            <w:proofErr w:type="spellEnd"/>
            <w:r w:rsidRPr="0002524E">
              <w:rPr>
                <w:rFonts w:asciiTheme="minorHAnsi" w:hAnsiTheme="minorHAnsi"/>
                <w:b/>
              </w:rPr>
              <w:t xml:space="preserve"> de minimis </w:t>
            </w:r>
            <w:proofErr w:type="spellStart"/>
            <w:r w:rsidRPr="0002524E">
              <w:rPr>
                <w:rFonts w:asciiTheme="minorHAnsi" w:hAnsiTheme="minorHAnsi"/>
                <w:b/>
              </w:rPr>
              <w:t>pomoći</w:t>
            </w:r>
            <w:proofErr w:type="spellEnd"/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74097D01" w14:textId="77777777" w:rsidR="009929B1" w:rsidRPr="0002524E" w:rsidRDefault="00E90D7C">
            <w:pPr>
              <w:rPr>
                <w:rFonts w:asciiTheme="minorHAnsi" w:hAnsiTheme="minorHAnsi"/>
              </w:rPr>
            </w:pPr>
            <w:proofErr w:type="spellStart"/>
            <w:r w:rsidRPr="0002524E">
              <w:rPr>
                <w:rFonts w:asciiTheme="minorHAnsi" w:hAnsiTheme="minorHAnsi"/>
                <w:b/>
              </w:rPr>
              <w:t>Namjena</w:t>
            </w:r>
            <w:proofErr w:type="spellEnd"/>
            <w:r w:rsidRPr="0002524E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02524E">
              <w:rPr>
                <w:rFonts w:asciiTheme="minorHAnsi" w:hAnsiTheme="minorHAnsi"/>
                <w:b/>
              </w:rPr>
              <w:t>ili</w:t>
            </w:r>
            <w:proofErr w:type="spellEnd"/>
            <w:r w:rsidRPr="0002524E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02524E">
              <w:rPr>
                <w:rFonts w:asciiTheme="minorHAnsi" w:hAnsiTheme="minorHAnsi"/>
                <w:b/>
              </w:rPr>
              <w:t>projekti</w:t>
            </w:r>
            <w:proofErr w:type="spellEnd"/>
            <w:r w:rsidRPr="0002524E">
              <w:rPr>
                <w:rFonts w:asciiTheme="minorHAnsi" w:hAnsiTheme="minorHAnsi"/>
                <w:b/>
              </w:rPr>
              <w:t xml:space="preserve"> za </w:t>
            </w:r>
            <w:proofErr w:type="spellStart"/>
            <w:r w:rsidRPr="0002524E">
              <w:rPr>
                <w:rFonts w:asciiTheme="minorHAnsi" w:hAnsiTheme="minorHAnsi"/>
                <w:b/>
              </w:rPr>
              <w:t>koje</w:t>
            </w:r>
            <w:proofErr w:type="spellEnd"/>
            <w:r w:rsidRPr="0002524E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02524E">
              <w:rPr>
                <w:rFonts w:asciiTheme="minorHAnsi" w:hAnsiTheme="minorHAnsi"/>
                <w:b/>
              </w:rPr>
              <w:t>su</w:t>
            </w:r>
            <w:proofErr w:type="spellEnd"/>
            <w:r w:rsidRPr="0002524E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02524E">
              <w:rPr>
                <w:rFonts w:asciiTheme="minorHAnsi" w:hAnsiTheme="minorHAnsi"/>
                <w:b/>
              </w:rPr>
              <w:t>odobrene</w:t>
            </w:r>
            <w:proofErr w:type="spellEnd"/>
            <w:r w:rsidRPr="0002524E">
              <w:rPr>
                <w:rFonts w:asciiTheme="minorHAnsi" w:hAnsiTheme="minorHAnsi"/>
                <w:b/>
              </w:rPr>
              <w:t xml:space="preserve"> de minimis </w:t>
            </w:r>
            <w:proofErr w:type="spellStart"/>
            <w:r w:rsidRPr="0002524E">
              <w:rPr>
                <w:rFonts w:asciiTheme="minorHAnsi" w:hAnsiTheme="minorHAnsi"/>
                <w:b/>
              </w:rPr>
              <w:t>pomoći</w:t>
            </w:r>
            <w:proofErr w:type="spellEnd"/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  <w:vAlign w:val="center"/>
          </w:tcPr>
          <w:p w14:paraId="2B0D8F58" w14:textId="77777777" w:rsidR="009929B1" w:rsidRPr="0002524E" w:rsidRDefault="00E90D7C">
            <w:pPr>
              <w:rPr>
                <w:rFonts w:asciiTheme="minorHAnsi" w:hAnsiTheme="minorHAnsi"/>
              </w:rPr>
            </w:pPr>
            <w:proofErr w:type="spellStart"/>
            <w:r w:rsidRPr="0002524E">
              <w:rPr>
                <w:rFonts w:asciiTheme="minorHAnsi" w:hAnsiTheme="minorHAnsi"/>
                <w:b/>
              </w:rPr>
              <w:t>Iznos</w:t>
            </w:r>
            <w:proofErr w:type="spellEnd"/>
            <w:r w:rsidRPr="0002524E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02524E">
              <w:rPr>
                <w:rFonts w:asciiTheme="minorHAnsi" w:hAnsiTheme="minorHAnsi"/>
                <w:b/>
              </w:rPr>
              <w:t>korištene</w:t>
            </w:r>
            <w:proofErr w:type="spellEnd"/>
            <w:r w:rsidRPr="0002524E">
              <w:rPr>
                <w:rFonts w:asciiTheme="minorHAnsi" w:hAnsiTheme="minorHAnsi"/>
                <w:b/>
              </w:rPr>
              <w:t xml:space="preserve"> de minimis </w:t>
            </w:r>
            <w:proofErr w:type="spellStart"/>
            <w:r w:rsidRPr="0002524E">
              <w:rPr>
                <w:rFonts w:asciiTheme="minorHAnsi" w:hAnsiTheme="minorHAnsi"/>
                <w:b/>
              </w:rPr>
              <w:t>pomoći</w:t>
            </w:r>
            <w:proofErr w:type="spellEnd"/>
            <w:r w:rsidRPr="0002524E">
              <w:rPr>
                <w:rFonts w:asciiTheme="minorHAnsi" w:hAnsiTheme="minorHAnsi"/>
                <w:b/>
              </w:rPr>
              <w:t xml:space="preserve"> u KM </w:t>
            </w:r>
            <w:proofErr w:type="spellStart"/>
            <w:r w:rsidRPr="0002524E">
              <w:rPr>
                <w:rFonts w:asciiTheme="minorHAnsi" w:hAnsiTheme="minorHAnsi"/>
                <w:b/>
              </w:rPr>
              <w:t>i</w:t>
            </w:r>
            <w:proofErr w:type="spellEnd"/>
            <w:r w:rsidRPr="0002524E">
              <w:rPr>
                <w:rFonts w:asciiTheme="minorHAnsi" w:hAnsiTheme="minorHAnsi"/>
                <w:b/>
              </w:rPr>
              <w:t xml:space="preserve"> EUR³ u </w:t>
            </w:r>
            <w:proofErr w:type="spellStart"/>
            <w:r w:rsidRPr="0002524E">
              <w:rPr>
                <w:rFonts w:asciiTheme="minorHAnsi" w:hAnsiTheme="minorHAnsi"/>
                <w:b/>
              </w:rPr>
              <w:t>trogodišnjem</w:t>
            </w:r>
            <w:proofErr w:type="spellEnd"/>
            <w:r w:rsidRPr="0002524E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02524E">
              <w:rPr>
                <w:rFonts w:asciiTheme="minorHAnsi" w:hAnsiTheme="minorHAnsi"/>
                <w:b/>
              </w:rPr>
              <w:t>periodu</w:t>
            </w:r>
            <w:proofErr w:type="spellEnd"/>
            <w:r w:rsidRPr="0002524E">
              <w:rPr>
                <w:rFonts w:asciiTheme="minorHAnsi" w:hAnsiTheme="minorHAnsi"/>
                <w:b/>
              </w:rPr>
              <w:br/>
            </w:r>
            <w:r w:rsidRPr="0002524E">
              <w:rPr>
                <w:rFonts w:asciiTheme="minorHAnsi" w:hAnsiTheme="minorHAnsi"/>
                <w:b/>
              </w:rPr>
              <w:br/>
              <w:t xml:space="preserve">Period </w:t>
            </w:r>
            <w:proofErr w:type="spellStart"/>
            <w:r w:rsidRPr="0002524E">
              <w:rPr>
                <w:rFonts w:asciiTheme="minorHAnsi" w:hAnsiTheme="minorHAnsi"/>
                <w:b/>
              </w:rPr>
              <w:t>od</w:t>
            </w:r>
            <w:proofErr w:type="spellEnd"/>
            <w:r w:rsidRPr="0002524E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02524E">
              <w:rPr>
                <w:rFonts w:asciiTheme="minorHAnsi" w:hAnsiTheme="minorHAnsi"/>
                <w:b/>
              </w:rPr>
              <w:t>datuma</w:t>
            </w:r>
            <w:proofErr w:type="spellEnd"/>
            <w:r w:rsidRPr="0002524E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02524E">
              <w:rPr>
                <w:rFonts w:asciiTheme="minorHAnsi" w:hAnsiTheme="minorHAnsi"/>
                <w:b/>
              </w:rPr>
              <w:t>podnošenja</w:t>
            </w:r>
            <w:proofErr w:type="spellEnd"/>
            <w:r w:rsidRPr="0002524E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02524E">
              <w:rPr>
                <w:rFonts w:asciiTheme="minorHAnsi" w:hAnsiTheme="minorHAnsi"/>
                <w:b/>
              </w:rPr>
              <w:t>izjave</w:t>
            </w:r>
            <w:proofErr w:type="spellEnd"/>
            <w:r w:rsidRPr="0002524E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02524E">
              <w:rPr>
                <w:rFonts w:asciiTheme="minorHAnsi" w:hAnsiTheme="minorHAnsi"/>
                <w:b/>
              </w:rPr>
              <w:t>i</w:t>
            </w:r>
            <w:proofErr w:type="spellEnd"/>
            <w:r w:rsidRPr="0002524E">
              <w:rPr>
                <w:rFonts w:asciiTheme="minorHAnsi" w:hAnsiTheme="minorHAnsi"/>
                <w:b/>
              </w:rPr>
              <w:t xml:space="preserve"> </w:t>
            </w:r>
            <w:proofErr w:type="spellStart"/>
            <w:r w:rsidRPr="0002524E">
              <w:rPr>
                <w:rFonts w:asciiTheme="minorHAnsi" w:hAnsiTheme="minorHAnsi"/>
                <w:b/>
              </w:rPr>
              <w:t>prethodnih</w:t>
            </w:r>
            <w:proofErr w:type="spellEnd"/>
            <w:r w:rsidRPr="0002524E">
              <w:rPr>
                <w:rFonts w:asciiTheme="minorHAnsi" w:hAnsiTheme="minorHAnsi"/>
                <w:b/>
              </w:rPr>
              <w:t xml:space="preserve"> 36 </w:t>
            </w:r>
            <w:proofErr w:type="spellStart"/>
            <w:r w:rsidRPr="0002524E">
              <w:rPr>
                <w:rFonts w:asciiTheme="minorHAnsi" w:hAnsiTheme="minorHAnsi"/>
                <w:b/>
              </w:rPr>
              <w:t>mjeseci</w:t>
            </w:r>
            <w:proofErr w:type="spellEnd"/>
          </w:p>
        </w:tc>
      </w:tr>
      <w:tr w:rsidR="009929B1" w:rsidRPr="0002524E" w14:paraId="15E29D05" w14:textId="77777777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14:paraId="4DD4150D" w14:textId="77777777" w:rsidR="009929B1" w:rsidRPr="0002524E" w:rsidRDefault="00E90D7C">
            <w:pPr>
              <w:spacing w:after="60"/>
              <w:rPr>
                <w:rFonts w:asciiTheme="minorHAnsi" w:hAnsiTheme="minorHAnsi"/>
              </w:rPr>
            </w:pPr>
            <w:r w:rsidRPr="0002524E">
              <w:rPr>
                <w:rFonts w:asciiTheme="minorHAnsi" w:hAnsiTheme="minorHAnsi"/>
              </w:rPr>
              <w:t>1.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14:paraId="5C3860D3" w14:textId="77777777" w:rsidR="009929B1" w:rsidRPr="0002524E" w:rsidRDefault="009929B1">
            <w:pPr>
              <w:spacing w:after="60"/>
              <w:rPr>
                <w:rFonts w:asciiTheme="minorHAnsi" w:hAnsiTheme="minorHAnsi"/>
              </w:rPr>
            </w:pP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14:paraId="79E754F7" w14:textId="77777777" w:rsidR="009929B1" w:rsidRPr="0002524E" w:rsidRDefault="009929B1">
            <w:pPr>
              <w:spacing w:after="60"/>
              <w:rPr>
                <w:rFonts w:asciiTheme="minorHAnsi" w:hAnsiTheme="minorHAnsi"/>
              </w:rPr>
            </w:pP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14:paraId="3AB39186" w14:textId="77777777" w:rsidR="009929B1" w:rsidRPr="0002524E" w:rsidRDefault="009929B1">
            <w:pPr>
              <w:spacing w:after="60"/>
              <w:rPr>
                <w:rFonts w:asciiTheme="minorHAnsi" w:hAnsiTheme="minorHAnsi"/>
              </w:rPr>
            </w:pPr>
          </w:p>
        </w:tc>
      </w:tr>
      <w:tr w:rsidR="009929B1" w:rsidRPr="0002524E" w14:paraId="2BBED557" w14:textId="77777777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14:paraId="31AE8C67" w14:textId="77777777" w:rsidR="009929B1" w:rsidRPr="0002524E" w:rsidRDefault="00E90D7C">
            <w:pPr>
              <w:spacing w:after="60"/>
              <w:rPr>
                <w:rFonts w:asciiTheme="minorHAnsi" w:hAnsiTheme="minorHAnsi"/>
              </w:rPr>
            </w:pPr>
            <w:r w:rsidRPr="0002524E">
              <w:rPr>
                <w:rFonts w:asciiTheme="minorHAnsi" w:hAnsiTheme="minorHAnsi"/>
              </w:rPr>
              <w:t>2.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14:paraId="104D1F1E" w14:textId="77777777" w:rsidR="009929B1" w:rsidRPr="0002524E" w:rsidRDefault="009929B1">
            <w:pPr>
              <w:spacing w:after="60"/>
              <w:rPr>
                <w:rFonts w:asciiTheme="minorHAnsi" w:hAnsiTheme="minorHAnsi"/>
              </w:rPr>
            </w:pP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14:paraId="79AF7140" w14:textId="77777777" w:rsidR="009929B1" w:rsidRPr="0002524E" w:rsidRDefault="009929B1">
            <w:pPr>
              <w:spacing w:after="60"/>
              <w:rPr>
                <w:rFonts w:asciiTheme="minorHAnsi" w:hAnsiTheme="minorHAnsi"/>
              </w:rPr>
            </w:pP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14:paraId="5A989CA9" w14:textId="77777777" w:rsidR="009929B1" w:rsidRPr="0002524E" w:rsidRDefault="009929B1">
            <w:pPr>
              <w:spacing w:after="60"/>
              <w:rPr>
                <w:rFonts w:asciiTheme="minorHAnsi" w:hAnsiTheme="minorHAnsi"/>
              </w:rPr>
            </w:pPr>
          </w:p>
        </w:tc>
      </w:tr>
      <w:tr w:rsidR="009929B1" w:rsidRPr="0002524E" w14:paraId="32958A7E" w14:textId="77777777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14:paraId="530B2B31" w14:textId="77777777" w:rsidR="009929B1" w:rsidRPr="0002524E" w:rsidRDefault="00E90D7C">
            <w:pPr>
              <w:spacing w:after="60"/>
              <w:rPr>
                <w:rFonts w:asciiTheme="minorHAnsi" w:hAnsiTheme="minorHAnsi"/>
              </w:rPr>
            </w:pPr>
            <w:r w:rsidRPr="0002524E">
              <w:rPr>
                <w:rFonts w:asciiTheme="minorHAnsi" w:hAnsiTheme="minorHAnsi"/>
              </w:rPr>
              <w:t>3.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14:paraId="6E84E6AB" w14:textId="77777777" w:rsidR="009929B1" w:rsidRPr="0002524E" w:rsidRDefault="009929B1">
            <w:pPr>
              <w:spacing w:after="60"/>
              <w:rPr>
                <w:rFonts w:asciiTheme="minorHAnsi" w:hAnsiTheme="minorHAnsi"/>
              </w:rPr>
            </w:pP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14:paraId="7B920F3A" w14:textId="77777777" w:rsidR="009929B1" w:rsidRPr="0002524E" w:rsidRDefault="009929B1">
            <w:pPr>
              <w:spacing w:after="60"/>
              <w:rPr>
                <w:rFonts w:asciiTheme="minorHAnsi" w:hAnsiTheme="minorHAnsi"/>
              </w:rPr>
            </w:pP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14:paraId="2D5F0D7F" w14:textId="77777777" w:rsidR="009929B1" w:rsidRPr="0002524E" w:rsidRDefault="009929B1">
            <w:pPr>
              <w:spacing w:after="60"/>
              <w:rPr>
                <w:rFonts w:asciiTheme="minorHAnsi" w:hAnsiTheme="minorHAnsi"/>
              </w:rPr>
            </w:pPr>
          </w:p>
        </w:tc>
      </w:tr>
    </w:tbl>
    <w:p w14:paraId="2DEED6F2" w14:textId="77777777" w:rsidR="009929B1" w:rsidRPr="0002524E" w:rsidRDefault="009929B1">
      <w:pPr>
        <w:spacing w:after="40"/>
        <w:rPr>
          <w:rFonts w:asciiTheme="minorHAnsi" w:hAnsiTheme="minorHAnsi"/>
        </w:rPr>
      </w:pPr>
    </w:p>
    <w:p w14:paraId="3EB8CD38" w14:textId="77777777" w:rsidR="009929B1" w:rsidRPr="0002524E" w:rsidRDefault="00E90D7C">
      <w:pPr>
        <w:spacing w:after="240"/>
        <w:rPr>
          <w:rFonts w:asciiTheme="minorHAnsi" w:hAnsiTheme="minorHAnsi"/>
          <w:sz w:val="24"/>
          <w:szCs w:val="24"/>
        </w:rPr>
      </w:pPr>
      <w:r w:rsidRPr="0002524E">
        <w:rPr>
          <w:rFonts w:asciiTheme="minorHAnsi" w:hAnsiTheme="minorHAnsi"/>
          <w:sz w:val="24"/>
          <w:szCs w:val="24"/>
        </w:rPr>
        <w:t xml:space="preserve">Pod </w:t>
      </w:r>
      <w:proofErr w:type="spellStart"/>
      <w:r w:rsidRPr="0002524E">
        <w:rPr>
          <w:rFonts w:asciiTheme="minorHAnsi" w:hAnsiTheme="minorHAnsi"/>
          <w:sz w:val="24"/>
          <w:szCs w:val="24"/>
        </w:rPr>
        <w:t>krivičnom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i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materijalnom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odgovornošću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izjavljujem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da </w:t>
      </w:r>
      <w:proofErr w:type="spellStart"/>
      <w:r w:rsidRPr="0002524E">
        <w:rPr>
          <w:rFonts w:asciiTheme="minorHAnsi" w:hAnsiTheme="minorHAnsi"/>
          <w:sz w:val="24"/>
          <w:szCs w:val="24"/>
        </w:rPr>
        <w:t>su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podaci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koje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sam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upisao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/la u </w:t>
      </w:r>
      <w:proofErr w:type="spellStart"/>
      <w:r w:rsidRPr="0002524E">
        <w:rPr>
          <w:rFonts w:asciiTheme="minorHAnsi" w:hAnsiTheme="minorHAnsi"/>
          <w:sz w:val="24"/>
          <w:szCs w:val="24"/>
        </w:rPr>
        <w:t>ovoj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izjavi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potpuni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i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istiniti</w:t>
      </w:r>
      <w:proofErr w:type="spellEnd"/>
      <w:r w:rsidRPr="0002524E">
        <w:rPr>
          <w:rFonts w:asciiTheme="minorHAnsi" w:hAnsiTheme="minorHAnsi"/>
          <w:sz w:val="24"/>
          <w:szCs w:val="24"/>
        </w:rPr>
        <w:t>.</w:t>
      </w:r>
    </w:p>
    <w:p w14:paraId="52A5A5E0" w14:textId="77777777" w:rsidR="009929B1" w:rsidRPr="0002524E" w:rsidRDefault="0002524E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Datum </w:t>
      </w:r>
      <w:proofErr w:type="spellStart"/>
      <w:r>
        <w:rPr>
          <w:rFonts w:asciiTheme="minorHAnsi" w:hAnsiTheme="minorHAnsi"/>
          <w:sz w:val="24"/>
          <w:szCs w:val="24"/>
        </w:rPr>
        <w:t>podnošenja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Izjave</w:t>
      </w:r>
      <w:proofErr w:type="spellEnd"/>
      <w:r>
        <w:rPr>
          <w:rFonts w:asciiTheme="minorHAnsi" w:hAnsiTheme="minorHAnsi"/>
          <w:sz w:val="24"/>
          <w:szCs w:val="24"/>
        </w:rPr>
        <w:t>: _______</w:t>
      </w:r>
      <w:r w:rsidR="00E90D7C" w:rsidRPr="0002524E">
        <w:rPr>
          <w:rFonts w:asciiTheme="minorHAnsi" w:hAnsiTheme="minorHAnsi"/>
          <w:sz w:val="24"/>
          <w:szCs w:val="24"/>
        </w:rPr>
        <w:t xml:space="preserve">.2026. </w:t>
      </w:r>
      <w:proofErr w:type="spellStart"/>
      <w:r w:rsidR="00E90D7C" w:rsidRPr="0002524E">
        <w:rPr>
          <w:rFonts w:asciiTheme="minorHAnsi" w:hAnsiTheme="minorHAnsi"/>
          <w:sz w:val="24"/>
          <w:szCs w:val="24"/>
        </w:rPr>
        <w:t>godine</w:t>
      </w:r>
      <w:proofErr w:type="spellEnd"/>
    </w:p>
    <w:p w14:paraId="37D9559F" w14:textId="77777777" w:rsidR="009929B1" w:rsidRPr="0002524E" w:rsidRDefault="00E90D7C">
      <w:pPr>
        <w:spacing w:after="320"/>
        <w:jc w:val="right"/>
        <w:rPr>
          <w:rFonts w:asciiTheme="minorHAnsi" w:hAnsiTheme="minorHAnsi"/>
          <w:sz w:val="24"/>
          <w:szCs w:val="24"/>
        </w:rPr>
      </w:pPr>
      <w:proofErr w:type="spellStart"/>
      <w:r w:rsidRPr="0002524E">
        <w:rPr>
          <w:rFonts w:asciiTheme="minorHAnsi" w:hAnsiTheme="minorHAnsi"/>
          <w:sz w:val="24"/>
          <w:szCs w:val="24"/>
        </w:rPr>
        <w:t>Potpis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odgovornog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lica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i</w:t>
      </w:r>
      <w:proofErr w:type="spellEnd"/>
      <w:r w:rsidRPr="0002524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02524E">
        <w:rPr>
          <w:rFonts w:asciiTheme="minorHAnsi" w:hAnsiTheme="minorHAnsi"/>
          <w:sz w:val="24"/>
          <w:szCs w:val="24"/>
        </w:rPr>
        <w:t>pečat</w:t>
      </w:r>
      <w:proofErr w:type="spellEnd"/>
    </w:p>
    <w:p w14:paraId="27B68709" w14:textId="77777777" w:rsidR="009929B1" w:rsidRDefault="00E90D7C">
      <w:pPr>
        <w:spacing w:after="0"/>
      </w:pPr>
      <w:r>
        <w:rPr>
          <w:i/>
          <w:sz w:val="13"/>
        </w:rPr>
        <w:t>1 „</w:t>
      </w:r>
      <w:proofErr w:type="spellStart"/>
      <w:r>
        <w:rPr>
          <w:i/>
          <w:sz w:val="13"/>
        </w:rPr>
        <w:t>Jednim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privrednim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subjektom</w:t>
      </w:r>
      <w:proofErr w:type="spellEnd"/>
      <w:r>
        <w:rPr>
          <w:i/>
          <w:sz w:val="13"/>
        </w:rPr>
        <w:t xml:space="preserve">" </w:t>
      </w:r>
      <w:proofErr w:type="spellStart"/>
      <w:r>
        <w:rPr>
          <w:i/>
          <w:sz w:val="13"/>
        </w:rPr>
        <w:t>smatraju</w:t>
      </w:r>
      <w:proofErr w:type="spellEnd"/>
      <w:r>
        <w:rPr>
          <w:i/>
          <w:sz w:val="13"/>
        </w:rPr>
        <w:t xml:space="preserve"> se </w:t>
      </w:r>
      <w:proofErr w:type="spellStart"/>
      <w:r>
        <w:rPr>
          <w:i/>
          <w:sz w:val="13"/>
        </w:rPr>
        <w:t>svi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privredni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subjekti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odnosno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grupa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povezanih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privrednih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subjekata</w:t>
      </w:r>
      <w:proofErr w:type="spellEnd"/>
      <w:r>
        <w:rPr>
          <w:i/>
          <w:sz w:val="13"/>
        </w:rPr>
        <w:t xml:space="preserve"> koji </w:t>
      </w:r>
      <w:proofErr w:type="spellStart"/>
      <w:r>
        <w:rPr>
          <w:i/>
          <w:sz w:val="13"/>
        </w:rPr>
        <w:t>su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barem</w:t>
      </w:r>
      <w:proofErr w:type="spellEnd"/>
      <w:r>
        <w:rPr>
          <w:i/>
          <w:sz w:val="13"/>
        </w:rPr>
        <w:t xml:space="preserve"> u </w:t>
      </w:r>
      <w:proofErr w:type="spellStart"/>
      <w:r>
        <w:rPr>
          <w:i/>
          <w:sz w:val="13"/>
        </w:rPr>
        <w:t>jednom</w:t>
      </w:r>
      <w:proofErr w:type="spellEnd"/>
      <w:r>
        <w:rPr>
          <w:i/>
          <w:sz w:val="13"/>
        </w:rPr>
        <w:t xml:space="preserve"> od </w:t>
      </w:r>
      <w:proofErr w:type="spellStart"/>
      <w:r>
        <w:rPr>
          <w:i/>
          <w:sz w:val="13"/>
        </w:rPr>
        <w:t>sljedećih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odnosa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jedan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prema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drugom</w:t>
      </w:r>
      <w:proofErr w:type="spellEnd"/>
      <w:r>
        <w:rPr>
          <w:i/>
          <w:sz w:val="13"/>
        </w:rPr>
        <w:t>:</w:t>
      </w:r>
      <w:r>
        <w:rPr>
          <w:i/>
          <w:sz w:val="13"/>
        </w:rPr>
        <w:br/>
        <w:t xml:space="preserve">a) </w:t>
      </w:r>
      <w:proofErr w:type="spellStart"/>
      <w:r>
        <w:rPr>
          <w:i/>
          <w:sz w:val="13"/>
        </w:rPr>
        <w:t>određeni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privredni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subjekt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ima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većinu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glasačkih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prava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dioničara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ili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članova</w:t>
      </w:r>
      <w:proofErr w:type="spellEnd"/>
      <w:r>
        <w:rPr>
          <w:i/>
          <w:sz w:val="13"/>
        </w:rPr>
        <w:t xml:space="preserve"> u </w:t>
      </w:r>
      <w:proofErr w:type="spellStart"/>
      <w:r>
        <w:rPr>
          <w:i/>
          <w:sz w:val="13"/>
        </w:rPr>
        <w:t>drugom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privrednom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subjektu</w:t>
      </w:r>
      <w:proofErr w:type="spellEnd"/>
      <w:r>
        <w:rPr>
          <w:i/>
          <w:sz w:val="13"/>
        </w:rPr>
        <w:t>;</w:t>
      </w:r>
      <w:r>
        <w:rPr>
          <w:i/>
          <w:sz w:val="13"/>
        </w:rPr>
        <w:br/>
        <w:t xml:space="preserve">b) </w:t>
      </w:r>
      <w:proofErr w:type="spellStart"/>
      <w:r>
        <w:rPr>
          <w:i/>
          <w:sz w:val="13"/>
        </w:rPr>
        <w:t>određeni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privredni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subjekt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ima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pravo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imenovati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ili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smijeniti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većinu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članova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upravnog</w:t>
      </w:r>
      <w:proofErr w:type="spellEnd"/>
      <w:r>
        <w:rPr>
          <w:i/>
          <w:sz w:val="13"/>
        </w:rPr>
        <w:t xml:space="preserve">, </w:t>
      </w:r>
      <w:proofErr w:type="spellStart"/>
      <w:r>
        <w:rPr>
          <w:i/>
          <w:sz w:val="13"/>
        </w:rPr>
        <w:t>upravljačkog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ili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nadzornog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tijela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drugog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privrednog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subjekta</w:t>
      </w:r>
      <w:proofErr w:type="spellEnd"/>
      <w:r>
        <w:rPr>
          <w:i/>
          <w:sz w:val="13"/>
        </w:rPr>
        <w:t>;</w:t>
      </w:r>
      <w:r>
        <w:rPr>
          <w:i/>
          <w:sz w:val="13"/>
        </w:rPr>
        <w:br/>
        <w:t xml:space="preserve">c) </w:t>
      </w:r>
      <w:proofErr w:type="spellStart"/>
      <w:r>
        <w:rPr>
          <w:i/>
          <w:sz w:val="13"/>
        </w:rPr>
        <w:t>određeni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privredni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subjekt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ima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pravo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na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ostvarivanje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vladajućeg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uticaja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nad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drugim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privrednim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subjektom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na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osnovu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ugovora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sklopljenog</w:t>
      </w:r>
      <w:proofErr w:type="spellEnd"/>
      <w:r>
        <w:rPr>
          <w:i/>
          <w:sz w:val="13"/>
        </w:rPr>
        <w:t xml:space="preserve"> s </w:t>
      </w:r>
      <w:proofErr w:type="spellStart"/>
      <w:r>
        <w:rPr>
          <w:i/>
          <w:sz w:val="13"/>
        </w:rPr>
        <w:t>tim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subjektom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ili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na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osnovu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odredbe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njegovog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osnivačkog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akta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ili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statuta</w:t>
      </w:r>
      <w:proofErr w:type="spellEnd"/>
      <w:r>
        <w:rPr>
          <w:i/>
          <w:sz w:val="13"/>
        </w:rPr>
        <w:t>;</w:t>
      </w:r>
      <w:r>
        <w:rPr>
          <w:i/>
          <w:sz w:val="13"/>
        </w:rPr>
        <w:br/>
        <w:t xml:space="preserve">d) </w:t>
      </w:r>
      <w:proofErr w:type="spellStart"/>
      <w:r>
        <w:rPr>
          <w:i/>
          <w:sz w:val="13"/>
        </w:rPr>
        <w:t>određeni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privredni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subjekt</w:t>
      </w:r>
      <w:proofErr w:type="spellEnd"/>
      <w:r>
        <w:rPr>
          <w:i/>
          <w:sz w:val="13"/>
        </w:rPr>
        <w:t xml:space="preserve">, </w:t>
      </w:r>
      <w:proofErr w:type="spellStart"/>
      <w:r>
        <w:rPr>
          <w:i/>
          <w:sz w:val="13"/>
        </w:rPr>
        <w:t>koje</w:t>
      </w:r>
      <w:proofErr w:type="spellEnd"/>
      <w:r>
        <w:rPr>
          <w:i/>
          <w:sz w:val="13"/>
        </w:rPr>
        <w:t xml:space="preserve"> je </w:t>
      </w:r>
      <w:proofErr w:type="spellStart"/>
      <w:r>
        <w:rPr>
          <w:i/>
          <w:sz w:val="13"/>
        </w:rPr>
        <w:t>dioničar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ili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član</w:t>
      </w:r>
      <w:proofErr w:type="spellEnd"/>
      <w:r>
        <w:rPr>
          <w:i/>
          <w:sz w:val="13"/>
        </w:rPr>
        <w:t xml:space="preserve"> u </w:t>
      </w:r>
      <w:proofErr w:type="spellStart"/>
      <w:r>
        <w:rPr>
          <w:i/>
          <w:sz w:val="13"/>
        </w:rPr>
        <w:t>drugom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privrednom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subjektu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samo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kontroliše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većinu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glasačkih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prava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dioničara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ili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glasačkih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prava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članova</w:t>
      </w:r>
      <w:proofErr w:type="spellEnd"/>
      <w:r>
        <w:rPr>
          <w:i/>
          <w:sz w:val="13"/>
        </w:rPr>
        <w:t xml:space="preserve"> u tom </w:t>
      </w:r>
      <w:proofErr w:type="spellStart"/>
      <w:r>
        <w:rPr>
          <w:i/>
          <w:sz w:val="13"/>
        </w:rPr>
        <w:t>privrednom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subjektu</w:t>
      </w:r>
      <w:proofErr w:type="spellEnd"/>
      <w:r>
        <w:rPr>
          <w:i/>
          <w:sz w:val="13"/>
        </w:rPr>
        <w:t xml:space="preserve"> u </w:t>
      </w:r>
      <w:proofErr w:type="spellStart"/>
      <w:r>
        <w:rPr>
          <w:i/>
          <w:sz w:val="13"/>
        </w:rPr>
        <w:t>dogovoru</w:t>
      </w:r>
      <w:proofErr w:type="spellEnd"/>
      <w:r>
        <w:rPr>
          <w:i/>
          <w:sz w:val="13"/>
        </w:rPr>
        <w:t xml:space="preserve"> s </w:t>
      </w:r>
      <w:proofErr w:type="spellStart"/>
      <w:r>
        <w:rPr>
          <w:i/>
          <w:sz w:val="13"/>
        </w:rPr>
        <w:t>drugim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dioničarima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ili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članovima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tog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subjekta</w:t>
      </w:r>
      <w:proofErr w:type="spellEnd"/>
      <w:r>
        <w:rPr>
          <w:i/>
          <w:sz w:val="13"/>
        </w:rPr>
        <w:t>.</w:t>
      </w:r>
      <w:r>
        <w:rPr>
          <w:i/>
          <w:sz w:val="13"/>
        </w:rPr>
        <w:br/>
      </w:r>
      <w:r>
        <w:rPr>
          <w:i/>
          <w:sz w:val="13"/>
        </w:rPr>
        <w:lastRenderedPageBreak/>
        <w:t xml:space="preserve">2 </w:t>
      </w:r>
      <w:proofErr w:type="spellStart"/>
      <w:r>
        <w:rPr>
          <w:i/>
          <w:sz w:val="13"/>
        </w:rPr>
        <w:t>Trogodišnji</w:t>
      </w:r>
      <w:proofErr w:type="spellEnd"/>
      <w:r>
        <w:rPr>
          <w:i/>
          <w:sz w:val="13"/>
        </w:rPr>
        <w:t xml:space="preserve"> period do </w:t>
      </w:r>
      <w:proofErr w:type="spellStart"/>
      <w:r>
        <w:rPr>
          <w:i/>
          <w:sz w:val="13"/>
        </w:rPr>
        <w:t>datuma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podnošenja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izjave</w:t>
      </w:r>
      <w:proofErr w:type="spellEnd"/>
      <w:r>
        <w:rPr>
          <w:i/>
          <w:sz w:val="13"/>
        </w:rPr>
        <w:t>.</w:t>
      </w:r>
      <w:r>
        <w:rPr>
          <w:i/>
          <w:sz w:val="13"/>
        </w:rPr>
        <w:br/>
        <w:t xml:space="preserve">3 </w:t>
      </w:r>
      <w:proofErr w:type="spellStart"/>
      <w:r>
        <w:rPr>
          <w:i/>
          <w:sz w:val="13"/>
        </w:rPr>
        <w:t>Preračunato</w:t>
      </w:r>
      <w:proofErr w:type="spellEnd"/>
      <w:r>
        <w:rPr>
          <w:i/>
          <w:sz w:val="13"/>
        </w:rPr>
        <w:t xml:space="preserve"> po </w:t>
      </w:r>
      <w:proofErr w:type="spellStart"/>
      <w:r>
        <w:rPr>
          <w:i/>
          <w:sz w:val="13"/>
        </w:rPr>
        <w:t>srednjem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kursu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Centralne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banke</w:t>
      </w:r>
      <w:proofErr w:type="spellEnd"/>
      <w:r>
        <w:rPr>
          <w:i/>
          <w:sz w:val="13"/>
        </w:rPr>
        <w:t xml:space="preserve"> BiH koji </w:t>
      </w:r>
      <w:proofErr w:type="spellStart"/>
      <w:r>
        <w:rPr>
          <w:i/>
          <w:sz w:val="13"/>
        </w:rPr>
        <w:t>vrijedi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na</w:t>
      </w:r>
      <w:proofErr w:type="spellEnd"/>
      <w:r>
        <w:rPr>
          <w:i/>
          <w:sz w:val="13"/>
        </w:rPr>
        <w:t xml:space="preserve"> dan </w:t>
      </w:r>
      <w:proofErr w:type="spellStart"/>
      <w:r>
        <w:rPr>
          <w:i/>
          <w:sz w:val="13"/>
        </w:rPr>
        <w:t>kada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poduzetnik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stekne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zakonsko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pravo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na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primanje</w:t>
      </w:r>
      <w:proofErr w:type="spellEnd"/>
      <w:r>
        <w:rPr>
          <w:i/>
          <w:sz w:val="13"/>
        </w:rPr>
        <w:t xml:space="preserve"> de minimis </w:t>
      </w:r>
      <w:proofErr w:type="spellStart"/>
      <w:r>
        <w:rPr>
          <w:i/>
          <w:sz w:val="13"/>
        </w:rPr>
        <w:t>pomoći</w:t>
      </w:r>
      <w:proofErr w:type="spellEnd"/>
      <w:r>
        <w:rPr>
          <w:i/>
          <w:sz w:val="13"/>
        </w:rPr>
        <w:t>.</w:t>
      </w:r>
    </w:p>
    <w:sectPr w:rsidR="009929B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91" w:right="1440" w:bottom="79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D208B" w14:textId="77777777" w:rsidR="009C2391" w:rsidRDefault="009C2391" w:rsidP="00AC006C">
      <w:pPr>
        <w:spacing w:after="0"/>
      </w:pPr>
      <w:r>
        <w:separator/>
      </w:r>
    </w:p>
  </w:endnote>
  <w:endnote w:type="continuationSeparator" w:id="0">
    <w:p w14:paraId="6FC6B6E2" w14:textId="77777777" w:rsidR="009C2391" w:rsidRDefault="009C2391" w:rsidP="00AC00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C03FB" w14:textId="77777777" w:rsidR="00AC006C" w:rsidRDefault="00AC00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8D071" w14:textId="77777777" w:rsidR="00AC006C" w:rsidRDefault="00AC00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F9E6E" w14:textId="77777777" w:rsidR="00AC006C" w:rsidRDefault="00AC00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F0144" w14:textId="77777777" w:rsidR="009C2391" w:rsidRDefault="009C2391" w:rsidP="00AC006C">
      <w:pPr>
        <w:spacing w:after="0"/>
      </w:pPr>
      <w:r>
        <w:separator/>
      </w:r>
    </w:p>
  </w:footnote>
  <w:footnote w:type="continuationSeparator" w:id="0">
    <w:p w14:paraId="43CC3561" w14:textId="77777777" w:rsidR="009C2391" w:rsidRDefault="009C2391" w:rsidP="00AC006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0C72" w14:textId="77777777" w:rsidR="00AC006C" w:rsidRDefault="00AC00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6BED5" w14:textId="18F0FA85" w:rsidR="00AC006C" w:rsidRPr="00AC006C" w:rsidRDefault="00AC006C" w:rsidP="00AC006C">
    <w:pPr>
      <w:pStyle w:val="Header"/>
      <w:jc w:val="right"/>
      <w:rPr>
        <w:rFonts w:asciiTheme="minorHAnsi" w:hAnsiTheme="minorHAnsi"/>
        <w:sz w:val="24"/>
        <w:szCs w:val="24"/>
      </w:rPr>
    </w:pPr>
    <w:r w:rsidRPr="00AC006C">
      <w:rPr>
        <w:rFonts w:asciiTheme="minorHAnsi" w:hAnsiTheme="minorHAnsi"/>
        <w:sz w:val="24"/>
        <w:szCs w:val="24"/>
      </w:rPr>
      <w:t>I-</w:t>
    </w:r>
    <w:r w:rsidR="009069D2">
      <w:rPr>
        <w:rFonts w:asciiTheme="minorHAnsi" w:hAnsiTheme="minorHAnsi"/>
        <w:sz w:val="24"/>
        <w:szCs w:val="24"/>
      </w:rPr>
      <w:t>2</w:t>
    </w:r>
  </w:p>
  <w:p w14:paraId="20F1C91D" w14:textId="77777777" w:rsidR="00AC006C" w:rsidRDefault="00AC00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56DAA" w14:textId="77777777" w:rsidR="00AC006C" w:rsidRDefault="00AC00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8539235">
    <w:abstractNumId w:val="8"/>
  </w:num>
  <w:num w:numId="2" w16cid:durableId="1668435236">
    <w:abstractNumId w:val="6"/>
  </w:num>
  <w:num w:numId="3" w16cid:durableId="986011653">
    <w:abstractNumId w:val="5"/>
  </w:num>
  <w:num w:numId="4" w16cid:durableId="1067192490">
    <w:abstractNumId w:val="4"/>
  </w:num>
  <w:num w:numId="5" w16cid:durableId="1833140087">
    <w:abstractNumId w:val="7"/>
  </w:num>
  <w:num w:numId="6" w16cid:durableId="1230309134">
    <w:abstractNumId w:val="3"/>
  </w:num>
  <w:num w:numId="7" w16cid:durableId="710496277">
    <w:abstractNumId w:val="2"/>
  </w:num>
  <w:num w:numId="8" w16cid:durableId="1203904609">
    <w:abstractNumId w:val="1"/>
  </w:num>
  <w:num w:numId="9" w16cid:durableId="2131437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524E"/>
    <w:rsid w:val="00034616"/>
    <w:rsid w:val="0006063C"/>
    <w:rsid w:val="0015074B"/>
    <w:rsid w:val="0029639D"/>
    <w:rsid w:val="00326F90"/>
    <w:rsid w:val="009069D2"/>
    <w:rsid w:val="009929B1"/>
    <w:rsid w:val="009B5596"/>
    <w:rsid w:val="009C2391"/>
    <w:rsid w:val="00AA1D8D"/>
    <w:rsid w:val="00AC006C"/>
    <w:rsid w:val="00B47730"/>
    <w:rsid w:val="00CB0664"/>
    <w:rsid w:val="00DB6A20"/>
    <w:rsid w:val="00DC19CE"/>
    <w:rsid w:val="00E631BA"/>
    <w:rsid w:val="00E90D7C"/>
    <w:rsid w:val="00FB57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5645C3"/>
  <w14:defaultImageDpi w14:val="300"/>
  <w15:docId w15:val="{164A2CA2-1714-4F48-93F6-A16348A71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40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F0EC0C6-C7D6-4B3C-87E7-5DFFC66C7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Ivona Juka</cp:lastModifiedBy>
  <cp:revision>5</cp:revision>
  <dcterms:created xsi:type="dcterms:W3CDTF">2026-11-04T10:30:00Z</dcterms:created>
  <dcterms:modified xsi:type="dcterms:W3CDTF">2026-11-04T10:59:00Z</dcterms:modified>
  <cp:category/>
</cp:coreProperties>
</file>